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1.pn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b/>
          <w:color w:val="4B174B"/>
          <w:sz w:val="24"/>
        </w:rPr>
        <w:t>LAWENDOWE ZACISZE</w:t>
      </w:r>
    </w:p>
    <w:p>
      <w:pPr>
        <w:jc w:val="center"/>
      </w:pPr>
      <w:r>
        <w:rPr>
          <w:rFonts w:ascii="Georgia" w:hAnsi="Georgia"/>
          <w:b/>
          <w:color w:val="4B174B"/>
          <w:sz w:val="40"/>
        </w:rPr>
        <w:t>ANKIETA ZGŁOSZENIOWA DO KLUBU AUTORA</w:t>
      </w:r>
    </w:p>
    <w:p>
      <w:pPr>
        <w:jc w:val="center"/>
      </w:pPr>
      <w:r>
        <w:rPr>
          <w:i/>
          <w:color w:val="B48A3A"/>
          <w:sz w:val="22"/>
        </w:rPr>
        <w:t>Masz już swoją książkę. Teraz pozwól nam ją poznać.</w:t>
      </w:r>
    </w:p>
    <w:p>
      <w:r>
        <w:t>Dziękujemy za zainteresowanie Klubem Autora Lawendowego Zacisza. Zanim zaproponujemy Ci współpracę, chcemy poznać nie tylko Twoją książkę, ale również Ciebie – osobę, która za nią stoi. Nie szukamy książek „dla wszystkich”. Szukamy wartościowych historii, wiedzy, doświadczeń i myśli, które mogą odnaleźć swoich czytelników.</w:t>
      </w:r>
    </w:p>
    <w:p>
      <w:pPr>
        <w:pStyle w:val="Heading1"/>
        <w:pBdr>
          <w:bottom w:val="single" w:sz="8" w:space="6" w:color="B48A3A"/>
        </w:pBdr>
      </w:pPr>
      <w:r>
        <w:t>1. Poznajmy się</w:t>
      </w:r>
    </w:p>
    <w:p>
      <w:pPr>
        <w:spacing w:after="100"/>
      </w:pPr>
      <w:r>
        <w:rPr>
          <w:b/>
        </w:rPr>
        <w:t xml:space="preserve">Imię i nazwisko:  </w:t>
      </w:r>
      <w:r>
        <w:t>................................................................................................................</w:t>
      </w:r>
    </w:p>
    <w:p>
      <w:pPr>
        <w:spacing w:after="100"/>
      </w:pPr>
      <w:r>
        <w:rPr>
          <w:b/>
        </w:rPr>
        <w:t xml:space="preserve">Adres e-mail:  </w:t>
      </w:r>
      <w:r>
        <w:t>................................................................................................................</w:t>
      </w:r>
    </w:p>
    <w:p>
      <w:pPr>
        <w:spacing w:after="100"/>
      </w:pPr>
      <w:r>
        <w:rPr>
          <w:b/>
        </w:rPr>
        <w:t xml:space="preserve">Numer telefonu:  </w:t>
      </w:r>
      <w:r>
        <w:t>................................................................................................................</w:t>
      </w:r>
    </w:p>
    <w:p>
      <w:pPr>
        <w:spacing w:after="100"/>
      </w:pPr>
      <w:r>
        <w:rPr>
          <w:b/>
        </w:rPr>
        <w:t xml:space="preserve">Strona internetowa / media społecznościowe:  </w:t>
      </w:r>
      <w:r>
        <w:t>................................................................................................................</w:t>
      </w:r>
    </w:p>
    <w:p>
      <w:r>
        <w:rPr>
          <w:b/>
        </w:rPr>
        <w:t>Napisz kilka zdań o sobie. Kim jesteś? Czym się zajmujesz? Co jest dla Ciebie ważne?</w:t>
      </w:r>
    </w:p>
    <w:p>
      <w:r>
        <w:t>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</w:t>
      </w:r>
    </w:p>
    <w:p>
      <w:pPr>
        <w:pStyle w:val="Heading1"/>
      </w:pPr>
      <w:r>
        <w:t>2. Opowiedz nam o swojej książce</w:t>
      </w:r>
    </w:p>
    <w:p>
      <w:pPr>
        <w:spacing w:after="100"/>
      </w:pPr>
      <w:r>
        <w:rPr>
          <w:b/>
        </w:rPr>
        <w:t xml:space="preserve">Tytuł książki:  </w:t>
      </w:r>
      <w:r>
        <w:t>................................................................................................................</w:t>
      </w:r>
    </w:p>
    <w:p>
      <w:pPr>
        <w:spacing w:after="100"/>
      </w:pPr>
      <w:r>
        <w:rPr>
          <w:b/>
        </w:rPr>
        <w:t xml:space="preserve">Autor / autorzy:  </w:t>
      </w:r>
      <w:r>
        <w:t>................................................................................................................</w:t>
      </w:r>
    </w:p>
    <w:p>
      <w:pPr>
        <w:spacing w:after="100"/>
      </w:pPr>
      <w:r>
        <w:rPr>
          <w:b/>
        </w:rPr>
        <w:t xml:space="preserve">ISBN:  </w:t>
      </w:r>
      <w:r>
        <w:t>................................................................................................................</w:t>
      </w:r>
    </w:p>
    <w:p>
      <w:pPr>
        <w:spacing w:after="100"/>
      </w:pPr>
      <w:r>
        <w:rPr>
          <w:b/>
        </w:rPr>
        <w:t xml:space="preserve">Rok wydania:  </w:t>
      </w:r>
      <w:r>
        <w:t>................................................................................................................</w:t>
      </w:r>
    </w:p>
    <w:p>
      <w:pPr>
        <w:spacing w:after="100"/>
      </w:pPr>
      <w:r>
        <w:rPr>
          <w:b/>
        </w:rPr>
        <w:t xml:space="preserve">Cena detaliczna:  </w:t>
      </w:r>
      <w:r>
        <w:t>................................................................................................................</w:t>
      </w:r>
    </w:p>
    <w:p>
      <w:r>
        <w:rPr>
          <w:b/>
        </w:rPr>
        <w:t>Format książki:</w:t>
      </w:r>
    </w:p>
    <w:p>
      <w:r>
        <w:t>☐ książka drukowana</w:t>
      </w:r>
    </w:p>
    <w:p>
      <w:r>
        <w:t>☐ e-book</w:t>
      </w:r>
    </w:p>
    <w:p>
      <w:r>
        <w:t>☐ audiobook</w:t>
      </w:r>
    </w:p>
    <w:p>
      <w:r>
        <w:t>☐ inny: ........................................................</w:t>
      </w:r>
    </w:p>
    <w:p>
      <w:r>
        <w:rPr>
          <w:b/>
        </w:rPr>
        <w:t>O czym jest Twoja książka?</w:t>
      </w:r>
    </w:p>
    <w:p>
      <w:r>
        <w:t>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</w:t>
      </w:r>
    </w:p>
    <w:p>
      <w:r>
        <w:rPr>
          <w:b/>
        </w:rPr>
        <w:t>Dlaczego zdecydowałeś/aś się ją napisać?</w:t>
      </w:r>
    </w:p>
    <w:p>
      <w:r>
        <w:t>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</w:t>
      </w:r>
    </w:p>
    <w:p>
      <w:r>
        <w:rPr>
          <w:b/>
        </w:rPr>
        <w:t>Dla kogo powstała? Kto jest jej czytelnikiem?</w:t>
      </w:r>
    </w:p>
    <w:p>
      <w:r>
        <w:t>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</w:t>
      </w:r>
    </w:p>
    <w:p>
      <w:r>
        <w:rPr>
          <w:b/>
        </w:rPr>
        <w:t>Co chciałbyś/chciałabyś, aby pozostało w czytelniku po przeczytaniu ostatniej strony?</w:t>
      </w:r>
    </w:p>
    <w:p>
      <w:r>
        <w:t>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</w:t>
      </w:r>
    </w:p>
    <w:p>
      <w:pPr>
        <w:pStyle w:val="Heading1"/>
      </w:pPr>
      <w:r>
        <w:t>3. Historia książki</w:t>
      </w:r>
    </w:p>
    <w:p>
      <w:r>
        <w:rPr>
          <w:b/>
        </w:rPr>
        <w:t>Czy za powstaniem tej książki kryje się osobista historia? Jeżeli tak – możesz nam o niej opowiedzieć.</w:t>
      </w:r>
    </w:p>
    <w:p>
      <w:r>
        <w:t>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</w:t>
      </w:r>
    </w:p>
    <w:p>
      <w:r>
        <w:rPr>
          <w:b/>
        </w:rPr>
        <w:t>Co wyróżnia Twoją książkę spośród innych publikacji o podobnej tematyce?</w:t>
      </w:r>
    </w:p>
    <w:p>
      <w:r>
        <w:t>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</w:t>
      </w:r>
    </w:p>
    <w:p>
      <w:pPr>
        <w:pStyle w:val="Heading1"/>
      </w:pPr>
      <w:r>
        <w:t>4. Wydanie i sprzedaż</w:t>
      </w:r>
    </w:p>
    <w:p>
      <w:pPr>
        <w:spacing w:after="100"/>
      </w:pPr>
      <w:r>
        <w:rPr>
          <w:b/>
        </w:rPr>
        <w:t xml:space="preserve">Kto jest wydawcą książki?  </w:t>
      </w:r>
      <w:r>
        <w:t>................................................................................................................</w:t>
      </w:r>
    </w:p>
    <w:p>
      <w:r>
        <w:rPr>
          <w:b/>
        </w:rPr>
        <w:t>Czy posiadasz prawa pozwalające Ci samodzielnie sprzedawać książkę?</w:t>
      </w:r>
    </w:p>
    <w:p>
      <w:r>
        <w:t>☐ Tak</w:t>
      </w:r>
    </w:p>
    <w:p>
      <w:r>
        <w:t>☐ Nie</w:t>
      </w:r>
    </w:p>
    <w:p>
      <w:r>
        <w:t>☐ Nie wiem / wymaga sprawdzenia</w:t>
      </w:r>
    </w:p>
    <w:p>
      <w:r>
        <w:rPr>
          <w:b/>
        </w:rPr>
        <w:t>Czy książka jest obecnie dostępna w sprzedaży?</w:t>
      </w:r>
    </w:p>
    <w:p>
      <w:r>
        <w:t>☐ Tak</w:t>
      </w:r>
    </w:p>
    <w:p>
      <w:r>
        <w:t>☐ Nie</w:t>
      </w:r>
    </w:p>
    <w:p>
      <w:r>
        <w:rPr>
          <w:b/>
        </w:rPr>
        <w:t>Jeżeli tak, gdzie można ją obecnie kupić?</w:t>
      </w:r>
    </w:p>
    <w:p>
      <w:r>
        <w:t>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</w:t>
      </w:r>
    </w:p>
    <w:p>
      <w:pPr>
        <w:spacing w:after="100"/>
      </w:pPr>
      <w:r>
        <w:rPr>
          <w:b/>
        </w:rPr>
        <w:t xml:space="preserve">Ile egzemplarzy masz obecnie dostępnych?  </w:t>
      </w:r>
      <w:r>
        <w:t>................................................................................................................</w:t>
      </w:r>
    </w:p>
    <w:p>
      <w:r>
        <w:rPr>
          <w:b/>
        </w:rPr>
        <w:t>Czy możesz samodzielnie realizować wysyłkę bezpośrednio do klientów?</w:t>
      </w:r>
    </w:p>
    <w:p>
      <w:r>
        <w:t>☐ Tak</w:t>
      </w:r>
    </w:p>
    <w:p>
      <w:r>
        <w:t>☐ Nie</w:t>
      </w:r>
    </w:p>
    <w:p>
      <w:pPr>
        <w:spacing w:after="100"/>
      </w:pPr>
      <w:r>
        <w:rPr>
          <w:b/>
        </w:rPr>
        <w:t xml:space="preserve">W jakim czasie od otrzymania zamówienia możesz zazwyczaj nadać przesyłkę?  </w:t>
      </w:r>
      <w:r>
        <w:t>................................................................................................................</w:t>
      </w:r>
    </w:p>
    <w:p>
      <w:pPr>
        <w:pStyle w:val="Heading1"/>
      </w:pPr>
      <w:r>
        <w:t>5. Promocja</w:t>
      </w:r>
    </w:p>
    <w:p>
      <w:r>
        <w:rPr>
          <w:b/>
        </w:rPr>
        <w:t>W jaki sposób obecnie promujesz swoją książkę?</w:t>
      </w:r>
    </w:p>
    <w:p>
      <w:r>
        <w:t>☐ Facebook</w:t>
      </w:r>
    </w:p>
    <w:p>
      <w:r>
        <w:t>☐ Instagram</w:t>
      </w:r>
    </w:p>
    <w:p>
      <w:r>
        <w:t>☐ TikTok</w:t>
      </w:r>
    </w:p>
    <w:p>
      <w:r>
        <w:t>☐ YouTube</w:t>
      </w:r>
    </w:p>
    <w:p>
      <w:r>
        <w:t>☐ własna strona internetowa</w:t>
      </w:r>
    </w:p>
    <w:p>
      <w:r>
        <w:t>☐ newsletter</w:t>
      </w:r>
    </w:p>
    <w:p>
      <w:r>
        <w:t>☐ spotkania autorskie</w:t>
      </w:r>
    </w:p>
    <w:p>
      <w:r>
        <w:t>☐ warsztaty / wykłady / wydarzenia</w:t>
      </w:r>
    </w:p>
    <w:p>
      <w:r>
        <w:t>☐ inne: ................................................</w:t>
      </w:r>
    </w:p>
    <w:p>
      <w:r>
        <w:rPr>
          <w:b/>
        </w:rPr>
        <w:t>Czy jesteś otwarty/a na wspólne działania promocyjne?</w:t>
      </w:r>
    </w:p>
    <w:p>
      <w:r>
        <w:t>☐ Tak</w:t>
      </w:r>
    </w:p>
    <w:p>
      <w:r>
        <w:t>☐ Nie</w:t>
      </w:r>
    </w:p>
    <w:p>
      <w:r>
        <w:t>☐ Chętnie dowiem się więcej</w:t>
      </w:r>
    </w:p>
    <w:p>
      <w:pPr>
        <w:pStyle w:val="Heading1"/>
      </w:pPr>
      <w:r>
        <w:t>6. Klub Autora Lawendowego Zacisza</w:t>
      </w:r>
    </w:p>
    <w:p>
      <w:r>
        <w:rPr>
          <w:b/>
        </w:rPr>
        <w:t>Dlaczego chciałbyś/chciałabyś dołączyć właśnie do naszego Klubu Autora?</w:t>
      </w:r>
    </w:p>
    <w:p>
      <w:r>
        <w:t>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</w:t>
      </w:r>
    </w:p>
    <w:p>
      <w:r>
        <w:rPr>
          <w:b/>
        </w:rPr>
        <w:t>Czego oczekujesz od naszej współpracy?</w:t>
      </w:r>
    </w:p>
    <w:p>
      <w:r>
        <w:t>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</w:t>
      </w:r>
    </w:p>
    <w:p>
      <w:r>
        <w:rPr>
          <w:b/>
        </w:rPr>
        <w:t>Czy jest coś, co chciałbyś/chciałabyś nam powiedzieć o sobie lub swojej książce, a o co nie zapytaliśmy?</w:t>
      </w:r>
    </w:p>
    <w:p>
      <w:r>
        <w:t>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</w:t>
      </w:r>
    </w:p>
    <w:p>
      <w:r>
        <w:t>....................................................................................................................................</w:t>
      </w:r>
    </w:p>
    <w:p>
      <w:pPr>
        <w:pStyle w:val="Heading1"/>
      </w:pPr>
      <w:r>
        <w:t>7. Materiały</w:t>
      </w:r>
    </w:p>
    <w:p>
      <w:r>
        <w:t>Jeżeli możesz, dołącz do ankiety: zdjęcie okładki książki, swoje zdjęcie, krótki opis książki używany w sprzedaży, przykładowy fragment książki lub kilka stron oraz ewentualne materiały promocyjne.</w:t>
      </w:r>
    </w:p>
    <w:p>
      <w:pPr>
        <w:jc w:val="center"/>
      </w:pPr>
      <w:r>
        <w:rPr>
          <w:b/>
          <w:color w:val="4B174B"/>
        </w:rPr>
        <w:t xml:space="preserve">Wypełnioną ankietę wraz z materiałami prześlij na: </w:t>
      </w:r>
      <w:r>
        <w:rPr>
          <w:b/>
          <w:color w:val="B48A3A"/>
        </w:rPr>
        <w:t>lawendowygabinet@gmail.com</w:t>
      </w:r>
    </w:p>
    <w:p>
      <w:pPr>
        <w:jc w:val="center"/>
      </w:pPr>
      <w:r>
        <w:rPr>
          <w:rFonts w:ascii="Georgia" w:hAnsi="Georgia"/>
          <w:b/>
          <w:sz w:val="28"/>
        </w:rPr>
        <w:t>Dziękujemy.</w:t>
      </w:r>
    </w:p>
    <w:p>
      <w:pPr>
        <w:jc w:val="center"/>
      </w:pPr>
      <w:r>
        <w:t>Za każdą książką stoi człowiek, jego doświadczenie i powód, dla którego pewnego dnia zdecydował się zacząć pisać. Dlatego zanim zaprosimy książkę do Lawendowego Zacisza, chcemy najpierw poznać jej historię.</w:t>
      </w:r>
    </w:p>
    <w:p>
      <w:pPr>
        <w:jc w:val="center"/>
      </w:pPr>
      <w:r>
        <w:rPr>
          <w:b/>
        </w:rPr>
        <w:t>Klub Autora Lawendowego Zacisza</w:t>
        <w:br/>
        <w:t>Miejsce dla autorów. Przestrzeń dla książek. Droga do czytelnika.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60"/>
      <w:jc w:val="center"/>
    </w:pPr>
    <w:r>
      <w:rPr>
        <w:rFonts w:ascii="Aptos" w:hAnsi="Aptos"/>
        <w:color w:val="666666"/>
        <w:sz w:val="16"/>
      </w:rPr>
      <w:t xml:space="preserve">Klub Autora Lawendowego Zacisza  •  lawendowygabinet@gmail.com  •  strona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center"/>
    </w:pPr>
    <w:r>
      <w:drawing>
        <wp:inline xmlns:a="http://schemas.openxmlformats.org/drawingml/2006/main" xmlns:pic="http://schemas.openxmlformats.org/drawingml/2006/picture">
          <wp:extent cx="936000" cy="93600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1000026566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6000" cy="93600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4B174B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4B174B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Ankieta zgłoszeniowa do Klubu Autora</dc:title>
  <dc:subject>Wydawnictwo Lawendowe Zacisze</dc:subject>
  <dc:creator>Wydawnictwo Lawendowe Zacisze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