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media/image1.png" ContentType="image/jpeg"/>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Georgia" w:hAnsi="Georgia"/>
          <w:b/>
          <w:color w:val="4B174B"/>
          <w:sz w:val="24"/>
        </w:rPr>
        <w:t>LAWENDOWE ZACISZE</w:t>
      </w:r>
    </w:p>
    <w:p>
      <w:pPr>
        <w:jc w:val="center"/>
      </w:pPr>
      <w:r>
        <w:rPr>
          <w:rFonts w:ascii="Georgia" w:hAnsi="Georgia"/>
          <w:b/>
          <w:color w:val="4B174B"/>
          <w:sz w:val="40"/>
        </w:rPr>
        <w:t>ANKIETA PRZYSZŁEGO AUTORA</w:t>
      </w:r>
    </w:p>
    <w:p>
      <w:pPr>
        <w:jc w:val="center"/>
      </w:pPr>
      <w:r>
        <w:rPr>
          <w:i/>
          <w:color w:val="B48A3A"/>
          <w:sz w:val="22"/>
        </w:rPr>
        <w:t>Chcę wydać swoją książkę</w:t>
      </w:r>
    </w:p>
    <w:p>
      <w:r>
        <w:t>Dziękujemy, że chcesz opowiedzieć nam o swojej książce. Nie musisz mieć jeszcze gotowego tekstu, tytułu ani dokładnego planu. Być może masz dopiero pomysł, historię, wiedzę albo doświadczenie, które od dawna chcesz zapisać. Ta ankieta pomoże nam poznać Ciebie, Twój projekt i określić, jakiego wsparcia potrzebujesz.</w:t>
      </w:r>
    </w:p>
    <w:p>
      <w:pPr>
        <w:pStyle w:val="Heading1"/>
        <w:pBdr>
          <w:bottom w:val="single" w:sz="8" w:space="6" w:color="B48A3A"/>
        </w:pBdr>
      </w:pPr>
      <w:r>
        <w:t>1. Poznajmy się</w:t>
      </w:r>
    </w:p>
    <w:p>
      <w:r>
        <w:rPr>
          <w:b/>
        </w:rPr>
        <w:t xml:space="preserve">Imię i nazwisko:  </w:t>
      </w:r>
      <w:r>
        <w:t>................................................................................................................</w:t>
      </w:r>
    </w:p>
    <w:p>
      <w:r>
        <w:rPr>
          <w:b/>
        </w:rPr>
        <w:t xml:space="preserve">Adres e-mail:  </w:t>
      </w:r>
      <w:r>
        <w:t>................................................................................................................</w:t>
      </w:r>
    </w:p>
    <w:p>
      <w:r>
        <w:rPr>
          <w:b/>
        </w:rPr>
        <w:t xml:space="preserve">Numer telefonu:  </w:t>
      </w:r>
      <w:r>
        <w:t>................................................................................................................</w:t>
      </w:r>
    </w:p>
    <w:p>
      <w:r>
        <w:rPr>
          <w:b/>
        </w:rPr>
        <w:t xml:space="preserve">Strona internetowa / media społecznościowe:  </w:t>
      </w:r>
      <w:r>
        <w:t>................................................................................................................</w:t>
      </w:r>
    </w:p>
    <w:p>
      <w:r>
        <w:rPr>
          <w:b/>
        </w:rPr>
        <w:t>Napisz kilka zdań o sobie. Kim jesteś? Czym się zajmujesz? Co jest dla Ciebie ważne?</w:t>
      </w:r>
    </w:p>
    <w:p>
      <w:r>
        <w:t>....................................................................................................................................</w:t>
      </w:r>
    </w:p>
    <w:p>
      <w:r>
        <w:t>....................................................................................................................................</w:t>
      </w:r>
    </w:p>
    <w:p>
      <w:r>
        <w:t>....................................................................................................................................</w:t>
      </w:r>
    </w:p>
    <w:p>
      <w:r>
        <w:t>....................................................................................................................................</w:t>
      </w:r>
    </w:p>
    <w:p>
      <w:pPr>
        <w:pStyle w:val="Heading1"/>
      </w:pPr>
      <w:r>
        <w:t>2. Twoja książka</w:t>
      </w:r>
    </w:p>
    <w:p>
      <w:r>
        <w:rPr>
          <w:b/>
        </w:rPr>
        <w:t>Opowiedz nam o książce, którą chcesz stworzyć. Nie musi to być gotowy opis - napisz tak, jak dziś ją czujesz i widzisz.</w:t>
      </w:r>
    </w:p>
    <w:p>
      <w:r>
        <w:t>....................................................................................................................................</w:t>
      </w:r>
    </w:p>
    <w:p>
      <w:r>
        <w:t>....................................................................................................................................</w:t>
      </w:r>
    </w:p>
    <w:p>
      <w:r>
        <w:t>....................................................................................................................................</w:t>
      </w:r>
    </w:p>
    <w:p>
      <w:r>
        <w:t>....................................................................................................................................</w:t>
      </w:r>
    </w:p>
    <w:p>
      <w:r>
        <w:t>....................................................................................................................................</w:t>
      </w:r>
    </w:p>
    <w:p>
      <w:r>
        <w:rPr>
          <w:b/>
        </w:rPr>
        <w:t xml:space="preserve">Roboczy tytuł książki (jeśli już istnieje):  </w:t>
      </w:r>
      <w:r>
        <w:t>................................................................................................................</w:t>
      </w:r>
    </w:p>
    <w:p>
      <w:r>
        <w:rPr>
          <w:b/>
        </w:rPr>
        <w:t>Na jakim etapie jesteś?</w:t>
      </w:r>
    </w:p>
    <w:p>
      <w:r>
        <w:t>☐ mam dopiero pomysł</w:t>
      </w:r>
    </w:p>
    <w:p>
      <w:r>
        <w:t>☐ mam notatki / materiały</w:t>
      </w:r>
    </w:p>
    <w:p>
      <w:r>
        <w:t>☐ mam plan lub spis treści</w:t>
      </w:r>
    </w:p>
    <w:p>
      <w:r>
        <w:t>☐ piszę pierwsze rozdziały</w:t>
      </w:r>
    </w:p>
    <w:p>
      <w:r>
        <w:t>☐ mam znaczną część tekstu</w:t>
      </w:r>
    </w:p>
    <w:p>
      <w:r>
        <w:t>☐ mam gotowy rękopis</w:t>
      </w:r>
    </w:p>
    <w:p>
      <w:r>
        <w:t>☐ inne: ................................................................................</w:t>
      </w:r>
    </w:p>
    <w:p>
      <w:r>
        <w:rPr>
          <w:b/>
        </w:rPr>
        <w:t>Dlaczego chcesz napisać właśnie tę książkę?</w:t>
      </w:r>
    </w:p>
    <w:p>
      <w:r>
        <w:t>....................................................................................................................................</w:t>
      </w:r>
    </w:p>
    <w:p>
      <w:r>
        <w:t>....................................................................................................................................</w:t>
      </w:r>
    </w:p>
    <w:p>
      <w:r>
        <w:t>....................................................................................................................................</w:t>
      </w:r>
    </w:p>
    <w:p>
      <w:r>
        <w:t>....................................................................................................................................</w:t>
      </w:r>
    </w:p>
    <w:p>
      <w:r>
        <w:rPr>
          <w:b/>
        </w:rPr>
        <w:t>Dla kogo ma powstać? Kto jest jej przyszłym czytelnikiem?</w:t>
      </w:r>
    </w:p>
    <w:p>
      <w:r>
        <w:t>....................................................................................................................................</w:t>
      </w:r>
    </w:p>
    <w:p>
      <w:r>
        <w:t>....................................................................................................................................</w:t>
      </w:r>
    </w:p>
    <w:p>
      <w:r>
        <w:t>....................................................................................................................................</w:t>
      </w:r>
    </w:p>
    <w:p>
      <w:r>
        <w:rPr>
          <w:b/>
        </w:rPr>
        <w:t>Co chciałbyś/chciałabyś przekazać czytelnikowi? Co ma w nim pozostać po przeczytaniu książki?</w:t>
      </w:r>
    </w:p>
    <w:p>
      <w:r>
        <w:t>....................................................................................................................................</w:t>
      </w:r>
    </w:p>
    <w:p>
      <w:r>
        <w:t>....................................................................................................................................</w:t>
      </w:r>
    </w:p>
    <w:p>
      <w:r>
        <w:t>....................................................................................................................................</w:t>
      </w:r>
    </w:p>
    <w:p>
      <w:r>
        <w:t>....................................................................................................................................</w:t>
      </w:r>
    </w:p>
    <w:p>
      <w:pPr>
        <w:pStyle w:val="Heading1"/>
      </w:pPr>
      <w:r>
        <w:t>3. Historia, wiedza, doświadczenie</w:t>
      </w:r>
    </w:p>
    <w:p>
      <w:r>
        <w:rPr>
          <w:b/>
        </w:rPr>
        <w:t>Czy książka opiera się na Twojej osobistej historii, doświadczeniu zawodowym, wiedzy, badaniach, twórczości lub innej ważnej dla Ciebie drodze? Opowiedz o tym.</w:t>
      </w:r>
    </w:p>
    <w:p>
      <w:r>
        <w:t>....................................................................................................................................</w:t>
      </w:r>
    </w:p>
    <w:p>
      <w:r>
        <w:t>....................................................................................................................................</w:t>
      </w:r>
    </w:p>
    <w:p>
      <w:r>
        <w:t>....................................................................................................................................</w:t>
      </w:r>
    </w:p>
    <w:p>
      <w:r>
        <w:t>....................................................................................................................................</w:t>
      </w:r>
    </w:p>
    <w:p>
      <w:r>
        <w:t>....................................................................................................................................</w:t>
      </w:r>
    </w:p>
    <w:p>
      <w:r>
        <w:rPr>
          <w:b/>
        </w:rPr>
        <w:t>Co Twoim zdaniem będzie wyróżniało tę książkę?</w:t>
      </w:r>
    </w:p>
    <w:p>
      <w:r>
        <w:t>....................................................................................................................................</w:t>
      </w:r>
    </w:p>
    <w:p>
      <w:r>
        <w:t>....................................................................................................................................</w:t>
      </w:r>
    </w:p>
    <w:p>
      <w:r>
        <w:t>....................................................................................................................................</w:t>
      </w:r>
    </w:p>
    <w:p>
      <w:pPr>
        <w:pStyle w:val="Heading1"/>
      </w:pPr>
      <w:r>
        <w:t>4. Materiał, który już masz</w:t>
      </w:r>
    </w:p>
    <w:p>
      <w:r>
        <w:rPr>
          <w:b/>
        </w:rPr>
        <w:t>Co masz już przygotowane?</w:t>
      </w:r>
    </w:p>
    <w:p>
      <w:r>
        <w:t>☐ notatki</w:t>
      </w:r>
    </w:p>
    <w:p>
      <w:r>
        <w:t>☐ rękopis / fragmenty tekstu</w:t>
      </w:r>
    </w:p>
    <w:p>
      <w:r>
        <w:t>☐ spis treści</w:t>
      </w:r>
    </w:p>
    <w:p>
      <w:r>
        <w:t>☐ zdjęcia lub ilustracje</w:t>
      </w:r>
    </w:p>
    <w:p>
      <w:r>
        <w:t>☐ materiały źródłowe</w:t>
      </w:r>
    </w:p>
    <w:p>
      <w:r>
        <w:t>☐ pomysł na okładkę</w:t>
      </w:r>
    </w:p>
    <w:p>
      <w:r>
        <w:t>☐ gotową okładkę</w:t>
      </w:r>
    </w:p>
    <w:p>
      <w:r>
        <w:t>☐ jeszcze nic - chcę zacząć od początku</w:t>
      </w:r>
    </w:p>
    <w:p>
      <w:r>
        <w:t>☐ inne: ................................................................................</w:t>
      </w:r>
    </w:p>
    <w:p>
      <w:r>
        <w:rPr>
          <w:b/>
        </w:rPr>
        <w:t xml:space="preserve">Jeśli masz już tekst, podaj orientacyjną liczbę stron lub znaków:  </w:t>
      </w:r>
      <w:r>
        <w:t>................................................................................................................</w:t>
      </w:r>
    </w:p>
    <w:p>
      <w:r>
        <w:rPr>
          <w:b/>
        </w:rPr>
        <w:t>Jeśli chcesz, opisz krótko materiały, którymi już dysponujesz.</w:t>
      </w:r>
    </w:p>
    <w:p>
      <w:r>
        <w:t>....................................................................................................................................</w:t>
      </w:r>
    </w:p>
    <w:p>
      <w:r>
        <w:t>....................................................................................................................................</w:t>
      </w:r>
    </w:p>
    <w:p>
      <w:r>
        <w:t>....................................................................................................................................</w:t>
      </w:r>
    </w:p>
    <w:p>
      <w:pPr>
        <w:pStyle w:val="Heading1"/>
      </w:pPr>
      <w:r>
        <w:t>5. Jakiego wsparcia potrzebujesz?</w:t>
      </w:r>
    </w:p>
    <w:p>
      <w:r>
        <w:rPr>
          <w:b/>
        </w:rPr>
        <w:t>Zaznacz obszary, w których możemy Ci pomóc:</w:t>
      </w:r>
    </w:p>
    <w:p>
      <w:r>
        <w:t>☐ uporządkowanie pomysłu i koncepcji książki</w:t>
      </w:r>
    </w:p>
    <w:p>
      <w:r>
        <w:t>☐ opracowanie struktury / spisu treści</w:t>
      </w:r>
    </w:p>
    <w:p>
      <w:r>
        <w:t>☐ wsparcie w procesie pisania</w:t>
      </w:r>
    </w:p>
    <w:p>
      <w:r>
        <w:t>☐ redakcja tekstu</w:t>
      </w:r>
    </w:p>
    <w:p>
      <w:r>
        <w:t>☐ korekta</w:t>
      </w:r>
    </w:p>
    <w:p>
      <w:r>
        <w:t>☐ projekt okładki</w:t>
      </w:r>
    </w:p>
    <w:p>
      <w:r>
        <w:t>☐ ilustracje / grafiki</w:t>
      </w:r>
    </w:p>
    <w:p>
      <w:r>
        <w:t>☐ skład i przygotowanie do druku</w:t>
      </w:r>
    </w:p>
    <w:p>
      <w:r>
        <w:t>☐ ISBN i kwestie wydawnicze</w:t>
      </w:r>
    </w:p>
    <w:p>
      <w:r>
        <w:t>☐ druk książki</w:t>
      </w:r>
    </w:p>
    <w:p>
      <w:r>
        <w:t>☐ e-book</w:t>
      </w:r>
    </w:p>
    <w:p>
      <w:r>
        <w:t>☐ materiały promocyjne</w:t>
      </w:r>
    </w:p>
    <w:p>
      <w:r>
        <w:t>☐ wprowadzenie książki do sprzedaży</w:t>
      </w:r>
    </w:p>
    <w:p>
      <w:r>
        <w:t>☐ promocja książki</w:t>
      </w:r>
    </w:p>
    <w:p>
      <w:r>
        <w:t>☐ nie wiem jeszcze - potrzebuję rozmowy i wskazania drogi</w:t>
      </w:r>
    </w:p>
    <w:p>
      <w:pPr>
        <w:pStyle w:val="Heading1"/>
      </w:pPr>
      <w:r>
        <w:t>6. Twoja wizja wydania</w:t>
      </w:r>
    </w:p>
    <w:p>
      <w:r>
        <w:rPr>
          <w:b/>
        </w:rPr>
        <w:t>W jakiej formie chciałbyś/chciałabyś wydać książkę?</w:t>
      </w:r>
    </w:p>
    <w:p>
      <w:r>
        <w:t>☐ książka drukowana</w:t>
      </w:r>
    </w:p>
    <w:p>
      <w:r>
        <w:t>☐ e-book</w:t>
      </w:r>
    </w:p>
    <w:p>
      <w:r>
        <w:t>☐ audiobook</w:t>
      </w:r>
    </w:p>
    <w:p>
      <w:r>
        <w:t>☐ jeszcze nie wiem</w:t>
      </w:r>
    </w:p>
    <w:p>
      <w:r>
        <w:rPr>
          <w:b/>
        </w:rPr>
        <w:t xml:space="preserve">Czy masz orientacyjny termin, w którym chciałbyś/chciałabyś wydać książkę?  </w:t>
      </w:r>
      <w:r>
        <w:t>................................................................................................................</w:t>
      </w:r>
    </w:p>
    <w:p>
      <w:r>
        <w:rPr>
          <w:b/>
        </w:rPr>
        <w:t>Czy masz już określony budżet na przygotowanie i wydanie książki?</w:t>
      </w:r>
    </w:p>
    <w:p>
      <w:r>
        <w:t>☐ tak</w:t>
      </w:r>
    </w:p>
    <w:p>
      <w:r>
        <w:t>☐ nie</w:t>
      </w:r>
    </w:p>
    <w:p>
      <w:r>
        <w:t>☐ chcę najpierw poznać możliwe warianty i koszty</w:t>
      </w:r>
    </w:p>
    <w:p>
      <w:r>
        <w:rPr>
          <w:b/>
        </w:rPr>
        <w:t>Jeżeli chcesz, możesz napisać, jaki zakres budżetu bierzesz pod uwagę.</w:t>
      </w:r>
    </w:p>
    <w:p>
      <w:r>
        <w:t>....................................................................................................................................</w:t>
      </w:r>
    </w:p>
    <w:p>
      <w:r>
        <w:t>....................................................................................................................................</w:t>
      </w:r>
    </w:p>
    <w:p>
      <w:pPr>
        <w:pStyle w:val="Heading1"/>
      </w:pPr>
      <w:r>
        <w:t>7. Autor i promocja</w:t>
      </w:r>
    </w:p>
    <w:p>
      <w:r>
        <w:rPr>
          <w:b/>
        </w:rPr>
        <w:t>Czy prowadzisz obecnie miejsca, w których możesz później opowiadać o swojej książce?</w:t>
      </w:r>
    </w:p>
    <w:p>
      <w:r>
        <w:t>☐ Facebook</w:t>
      </w:r>
    </w:p>
    <w:p>
      <w:r>
        <w:t>☐ Instagram</w:t>
      </w:r>
    </w:p>
    <w:p>
      <w:r>
        <w:t>☐ TikTok</w:t>
      </w:r>
    </w:p>
    <w:p>
      <w:r>
        <w:t>☐ YouTube</w:t>
      </w:r>
    </w:p>
    <w:p>
      <w:r>
        <w:t>☐ własna strona internetowa</w:t>
      </w:r>
    </w:p>
    <w:p>
      <w:r>
        <w:t>☐ newsletter</w:t>
      </w:r>
    </w:p>
    <w:p>
      <w:r>
        <w:t>☐ warsztaty / szkolenia / wykłady</w:t>
      </w:r>
    </w:p>
    <w:p>
      <w:r>
        <w:t>☐ inne: ................................................................................</w:t>
      </w:r>
    </w:p>
    <w:p>
      <w:r>
        <w:t>☐ jeszcze nie prowadzę takich kanałów</w:t>
      </w:r>
    </w:p>
    <w:p>
      <w:r>
        <w:rPr>
          <w:b/>
        </w:rPr>
        <w:t>Jak wyobrażasz sobie promocję swojej książki? Jeśli jeszcze o tym nie myślałeś/aś, możesz pozostawić to pole puste.</w:t>
      </w:r>
    </w:p>
    <w:p>
      <w:r>
        <w:t>....................................................................................................................................</w:t>
      </w:r>
    </w:p>
    <w:p>
      <w:r>
        <w:t>....................................................................................................................................</w:t>
      </w:r>
    </w:p>
    <w:p>
      <w:r>
        <w:t>....................................................................................................................................</w:t>
      </w:r>
    </w:p>
    <w:p>
      <w:pPr>
        <w:pStyle w:val="Heading1"/>
      </w:pPr>
      <w:r>
        <w:t>8. Na zakończenie</w:t>
      </w:r>
    </w:p>
    <w:p>
      <w:r>
        <w:rPr>
          <w:b/>
        </w:rPr>
        <w:t>Dlaczego chcesz wydać swoją książkę właśnie teraz?</w:t>
      </w:r>
    </w:p>
    <w:p>
      <w:r>
        <w:t>....................................................................................................................................</w:t>
      </w:r>
    </w:p>
    <w:p>
      <w:r>
        <w:t>....................................................................................................................................</w:t>
      </w:r>
    </w:p>
    <w:p>
      <w:r>
        <w:t>....................................................................................................................................</w:t>
      </w:r>
    </w:p>
    <w:p>
      <w:r>
        <w:rPr>
          <w:b/>
        </w:rPr>
        <w:t>Czego najbardziej potrzebujesz od nas na początku tej drogi?</w:t>
      </w:r>
    </w:p>
    <w:p>
      <w:r>
        <w:t>....................................................................................................................................</w:t>
      </w:r>
    </w:p>
    <w:p>
      <w:r>
        <w:t>....................................................................................................................................</w:t>
      </w:r>
    </w:p>
    <w:p>
      <w:r>
        <w:t>....................................................................................................................................</w:t>
      </w:r>
    </w:p>
    <w:p>
      <w:r>
        <w:rPr>
          <w:b/>
        </w:rPr>
        <w:t>Czy jest coś ważnego o Tobie, Twojej historii lub przyszłej książce, o co nie zapytaliśmy?</w:t>
      </w:r>
    </w:p>
    <w:p>
      <w:r>
        <w:t>....................................................................................................................................</w:t>
      </w:r>
    </w:p>
    <w:p>
      <w:r>
        <w:t>....................................................................................................................................</w:t>
      </w:r>
    </w:p>
    <w:p>
      <w:r>
        <w:t>....................................................................................................................................</w:t>
      </w:r>
    </w:p>
    <w:p>
      <w:pPr>
        <w:pStyle w:val="Heading1"/>
      </w:pPr>
      <w:r>
        <w:t>9. Materiały</w:t>
      </w:r>
    </w:p>
    <w:p>
      <w:r>
        <w:t>Jeżeli masz już fragment rękopisu, spis treści, notatki, ilustracje, projekt okładki lub inne materiały, które pomogą nam poznać Twój projekt, możesz dołączyć je do wiadomości razem z ankietą.</w:t>
      </w:r>
    </w:p>
    <w:p>
      <w:pPr>
        <w:jc w:val="center"/>
      </w:pPr>
      <w:r>
        <w:rPr>
          <w:b/>
          <w:color w:val="4B174B"/>
        </w:rPr>
        <w:t xml:space="preserve">Wypełnioną ankietę wraz z posiadanymi materiałami prześlij na: </w:t>
      </w:r>
      <w:r>
        <w:rPr>
          <w:b/>
          <w:color w:val="B48A3A"/>
        </w:rPr>
        <w:t>lawendowygabinet@gmail.com</w:t>
      </w:r>
    </w:p>
    <w:p>
      <w:pPr>
        <w:jc w:val="center"/>
      </w:pPr>
      <w:r>
        <w:rPr>
          <w:rFonts w:ascii="Georgia" w:hAnsi="Georgia"/>
          <w:b/>
          <w:sz w:val="28"/>
        </w:rPr>
        <w:t>Dziękujemy.</w:t>
      </w:r>
    </w:p>
    <w:p>
      <w:pPr>
        <w:jc w:val="center"/>
      </w:pPr>
      <w:r>
        <w:t>Nie każda książka zaczyna się od gotowego rękopisu. Czasem zaczyna się od jednej myśli, historii, która nie chce zostać zapomniana, albo wiedzy, którą chcemy pozostawić innym. Po zapoznaniu się z ankietą skontaktujemy się z Tobą, aby porozmawiać o możliwej drodze od pomysłu do wydanej książki.</w:t>
      </w:r>
    </w:p>
    <w:p>
      <w:pPr>
        <w:jc w:val="center"/>
      </w:pPr>
      <w:r>
        <w:rPr>
          <w:b/>
        </w:rPr>
        <w:t>Klub Autora Lawendowego Zacisza</w:t>
        <w:br/>
        <w:t>Miejsce dla autorów. Przestrzeń dla książek. Droga do czytelnika.</w:t>
      </w:r>
    </w:p>
    <w:sectPr w:rsidR="00FC693F" w:rsidRPr="0006063C" w:rsidSect="00034616">
      <w:headerReference w:type="default" r:id="rId9"/>
      <w:footerReference w:type="default" r:id="rId10"/>
      <w:pgSz w:w="12240" w:h="15840"/>
      <w:pgMar w:top="964" w:right="1134" w:bottom="96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60"/>
      <w:jc w:val="center"/>
    </w:pPr>
    <w:r>
      <w:rPr>
        <w:rFonts w:ascii="Aptos" w:hAnsi="Aptos"/>
        <w:color w:val="666666"/>
        <w:sz w:val="16"/>
      </w:rPr>
      <w:t xml:space="preserve">Klub Autora Lawendowego Zacisza  •  lawendowygabinet@gmail.com  •  strona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40"/>
      <w:jc w:val="center"/>
    </w:pPr>
    <w:r>
      <w:drawing>
        <wp:inline xmlns:a="http://schemas.openxmlformats.org/drawingml/2006/main" xmlns:pic="http://schemas.openxmlformats.org/drawingml/2006/picture">
          <wp:extent cx="936000" cy="936000"/>
          <wp:docPr id="1" name="Picture 1"/>
          <wp:cNvGraphicFramePr>
            <a:graphicFrameLocks noChangeAspect="1"/>
          </wp:cNvGraphicFramePr>
          <a:graphic>
            <a:graphicData uri="http://schemas.openxmlformats.org/drawingml/2006/picture">
              <pic:pic>
                <pic:nvPicPr>
                  <pic:cNvPr id="0" name="1000026566.png"/>
                  <pic:cNvPicPr/>
                </pic:nvPicPr>
                <pic:blipFill>
                  <a:blip r:embed="rId1"/>
                  <a:stretch>
                    <a:fillRect/>
                  </a:stretch>
                </pic:blipFill>
                <pic:spPr>
                  <a:xfrm>
                    <a:off x="0" y="0"/>
                    <a:ext cx="936000" cy="936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4B174B"/>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4B174B"/>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w:hAnsi="Aptos"/>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Ankieta przyszłego autora – Chcę wydać swoją książkę</dc:title>
  <dc:subject>Klub Autora – Wydawnictwo Lawendowe Zacisze</dc:subject>
  <dc:creator>Wydawnictwo Lawendowe Zacisze</dc:creator>
  <cp:keywords/>
  <dc:description>generated by python-docx</dc:description>
  <cp:lastModifiedBy/>
  <cp:revision>1</cp:revision>
  <dcterms:created xsi:type="dcterms:W3CDTF">2013-12-23T23:15:00Z</dcterms:created>
  <dcterms:modified xsi:type="dcterms:W3CDTF">2013-12-23T23:15:00Z</dcterms:modified>
  <cp:category/>
</cp:coreProperties>
</file>